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ΥΠΕΥΘΥΝΗ ΔΗΛΩΣΗ ΚΗΔΕΜΟΝΑ</w:t>
      </w:r>
    </w:p>
    <w:p>
      <w:pPr>
        <w:jc w:val="center"/>
      </w:pPr>
      <w:r>
        <w:rPr>
          <w:b/>
          <w:sz w:val="26"/>
        </w:rPr>
        <w:t>ΓΙΑ ΔΙΚΑΙΟΛΟΓΗΣΗ ΑΠΟΥΣΙΩΝ</w:t>
      </w:r>
    </w:p>
    <w:p>
      <w:r>
        <w:rPr>
          <w:b/>
        </w:rPr>
        <w:t xml:space="preserve">ΠΡΟΣ: </w:t>
      </w:r>
      <w:r>
        <w:t>2ο Γενικό Λύκειο Λαμίας</w:t>
      </w:r>
    </w:p>
    <w:p>
      <w:pPr>
        <w:spacing w:after="80"/>
      </w:pPr>
      <w:r>
        <w:rPr>
          <w:b/>
        </w:rPr>
        <w:t>Ονοματεπώνυμο κηδεμόνα:</w:t>
      </w:r>
      <w:r>
        <w:br/>
        <w:t>______________________________________________________________________</w:t>
      </w:r>
    </w:p>
    <w:p>
      <w:pPr>
        <w:spacing w:after="80"/>
      </w:pPr>
      <w:r>
        <w:rPr>
          <w:b/>
        </w:rPr>
        <w:t>Ονοματεπώνυμο μαθητή/μαθήτριας:</w:t>
      </w:r>
      <w:r>
        <w:br/>
        <w:t>______________________________________________________________________</w:t>
      </w:r>
    </w:p>
    <w:p>
      <w:pPr>
        <w:spacing w:after="80"/>
      </w:pPr>
      <w:r>
        <w:rPr>
          <w:b/>
        </w:rPr>
        <w:t>Τμήμα:</w:t>
      </w:r>
      <w:r>
        <w:br/>
        <w:t>___________________________________</w:t>
      </w:r>
    </w:p>
    <w:p>
      <w:pPr>
        <w:spacing w:after="80"/>
      </w:pPr>
      <w:r>
        <w:rPr>
          <w:b/>
        </w:rPr>
        <w:t>Τηλέφωνο επικοινωνίας:</w:t>
      </w:r>
      <w:r>
        <w:br/>
        <w:t>_____________________________________________</w:t>
      </w:r>
    </w:p>
    <w:p>
      <w:pPr>
        <w:spacing w:after="80"/>
      </w:pPr>
      <w:r>
        <w:rPr>
          <w:b/>
        </w:rPr>
        <w:t>Email:</w:t>
      </w:r>
      <w:r>
        <w:br/>
        <w:t>_______________________________________________________</w:t>
      </w:r>
    </w:p>
    <w:p>
      <w:pPr>
        <w:spacing w:before="160"/>
        <w:jc w:val="center"/>
      </w:pPr>
      <w:r>
        <w:rPr>
          <w:b/>
          <w:sz w:val="24"/>
        </w:rPr>
        <w:t>ΔΗΛΩΝΩ ΥΠΕΥΘΥΝΑ</w:t>
      </w:r>
    </w:p>
    <w:p>
      <w:pPr>
        <w:jc w:val="both"/>
      </w:pPr>
      <w:r>
        <w:t>ότι ο/η παραπάνω μαθητής/μαθήτρια απουσίασε από τα μαθήματα από ____/____/________ έως ____/____/________ λόγω ασθένειας ή άλλων σοβαρών οικογενειακών λόγων και ζητώ τη δικαιολόγηση των αντίστοιχων απουσιών, σύμφωνα με την ισχύουσα νομοθεσία.</w:t>
      </w:r>
    </w:p>
    <w:p>
      <w:pPr>
        <w:jc w:val="both"/>
      </w:pPr>
      <w:r>
        <w:rPr>
          <w:b/>
        </w:rPr>
        <w:t xml:space="preserve">Σημαντικό: </w:t>
      </w:r>
      <w:r>
        <w:t>Με Υπεύθυνη Δήλωση γονέα/κηδεμόνα μπορούν να δικαιολογηθούν απουσίες έως δύο (2) ημερών κάθε φορά και έως πέντε (5) ημέρες συνολικά για όλο το διδακτικό έτος.</w:t>
      </w:r>
    </w:p>
    <w:p>
      <w:r>
        <w:rPr>
          <w:b/>
        </w:rPr>
        <w:t>Παρατηρήσεις (προαιρετικά):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jc w:val="both"/>
      </w:pPr>
      <w:r>
        <w:t>Η παρούσα δήλωση υποβάλλεται ηλεκτρονικά με ψηφιακή υπογραφή ή κατατίθεται στο σχολείο, αφού συμπληρωθεί και υπογραφεί από τον/την κηδεμόνα.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4535"/>
      </w:tblGrid>
      <w:tr>
        <w:tc>
          <w:tcPr>
            <w:tcW w:type="dxa" w:w="4986"/>
            <w:vAlign w:val="top"/>
          </w:tcPr>
          <w:p>
            <w:pPr>
              <w:jc w:val="center"/>
            </w:pPr>
            <w:r>
              <w:rPr>
                <w:b/>
              </w:rPr>
              <w:t>Ημερομηνία</w:t>
              <w:br/>
              <w:br/>
              <w:t>____/____/________</w:t>
            </w:r>
          </w:p>
        </w:tc>
        <w:tc>
          <w:tcPr>
            <w:tcW w:type="dxa" w:w="4986"/>
            <w:vAlign w:val="top"/>
          </w:tcPr>
          <w:p>
            <w:pPr>
              <w:jc w:val="center"/>
            </w:pPr>
            <w:r>
              <w:rPr>
                <w:b/>
              </w:rPr>
              <w:t>Ο/Η Δηλών/ούσα – Κηδεμόνας</w:t>
              <w:br/>
              <w:br/>
              <w:t>Υπογραφή</w:t>
            </w:r>
          </w:p>
        </w:tc>
      </w:tr>
    </w:tbl>
    <w:p>
      <w:pPr>
        <w:spacing w:before="200"/>
        <w:jc w:val="both"/>
      </w:pPr>
      <w:r>
        <w:rPr>
          <w:i/>
          <w:sz w:val="18"/>
        </w:rPr>
        <w:t>Σημείωση: Η δήλωση πρέπει να υποβληθεί εντός της προβλεπόμενης από την ισχύουσα νομοθεσία προθεσμίας από την επιστροφή του/της μαθητή/μαθήτριας στο σχολείο.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