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ΑΙΤΗΣΗ ΚΗΔΕΜΟΝΑ</w:t>
      </w:r>
    </w:p>
    <w:p>
      <w:pPr>
        <w:jc w:val="center"/>
      </w:pPr>
      <w:r>
        <w:rPr>
          <w:b/>
          <w:sz w:val="24"/>
        </w:rPr>
        <w:t>ΓΙΑ ΔΙΚΑΙΟΛΟΓΗΣΗ ΑΠΟΥΣΙΩΝ ΜΕ ΙΑΤΡΙΚΗ ΒΕΒΑΙΩΣΗ / ΓΝΩΜΑΤΕΥΣΗ</w:t>
      </w:r>
    </w:p>
    <w:p>
      <w:r>
        <w:rPr>
          <w:b/>
        </w:rPr>
        <w:t xml:space="preserve">ΠΡΟΣ: </w:t>
      </w:r>
      <w:r>
        <w:t>2ο Γενικό Λύκειο Λαμίας</w:t>
      </w:r>
    </w:p>
    <w:p>
      <w:pPr>
        <w:spacing w:after="60"/>
      </w:pPr>
      <w:r>
        <w:rPr>
          <w:b/>
        </w:rPr>
        <w:t>Ονοματεπώνυμο κηδεμόνα:</w:t>
      </w:r>
      <w:r>
        <w:br/>
        <w:t>______________________________________________________________________</w:t>
      </w:r>
    </w:p>
    <w:p>
      <w:pPr>
        <w:spacing w:after="60"/>
      </w:pPr>
      <w:r>
        <w:rPr>
          <w:b/>
        </w:rPr>
        <w:t>Ονοματεπώνυμο μαθητή/μαθήτριας:</w:t>
      </w:r>
      <w:r>
        <w:br/>
        <w:t>______________________________________________________________________</w:t>
      </w:r>
    </w:p>
    <w:p>
      <w:pPr>
        <w:spacing w:after="60"/>
      </w:pPr>
      <w:r>
        <w:rPr>
          <w:b/>
        </w:rPr>
        <w:t>Τμήμα:</w:t>
      </w:r>
      <w:r>
        <w:br/>
        <w:t>___________________________________</w:t>
      </w:r>
    </w:p>
    <w:p>
      <w:pPr>
        <w:spacing w:after="60"/>
      </w:pPr>
      <w:r>
        <w:rPr>
          <w:b/>
        </w:rPr>
        <w:t>Τηλέφωνο επικοινωνίας:</w:t>
      </w:r>
      <w:r>
        <w:br/>
        <w:t>_____________________________________________</w:t>
      </w:r>
    </w:p>
    <w:p>
      <w:pPr>
        <w:spacing w:after="60"/>
      </w:pPr>
      <w:r>
        <w:rPr>
          <w:b/>
        </w:rPr>
        <w:t>Email:</w:t>
      </w:r>
      <w:r>
        <w:br/>
        <w:t>_______________________________________________________</w:t>
      </w:r>
    </w:p>
    <w:p>
      <w:pPr>
        <w:spacing w:before="120"/>
      </w:pPr>
      <w:r>
        <w:rPr>
          <w:b/>
        </w:rPr>
        <w:t xml:space="preserve">ΘΕΜΑ: </w:t>
      </w:r>
      <w:r>
        <w:t>Δικαιολόγηση απουσιών λόγω ασθένειας</w:t>
      </w:r>
    </w:p>
    <w:p>
      <w:pPr>
        <w:jc w:val="both"/>
      </w:pPr>
      <w:r>
        <w:t>Παρακαλώ για τη δικαιολόγηση των απουσιών του/της παραπάνω μαθητή/μαθήτριας για το χρονικό διάστημα από ____/____/________ έως ____/____/________, λόγω ασθένειας.</w:t>
      </w:r>
    </w:p>
    <w:p>
      <w:pPr>
        <w:jc w:val="both"/>
      </w:pPr>
      <w:r>
        <w:t>Συνημμένα υποβάλλω την αντίστοιχη ιατρική βεβαίωση / γνωμάτευση.</w:t>
      </w:r>
    </w:p>
    <w:p>
      <w:r>
        <w:rPr>
          <w:b/>
        </w:rPr>
        <w:t>Παρατηρήσεις (προαιρετικά):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jc w:val="both"/>
      </w:pPr>
      <w:r>
        <w:t>Η αίτηση, αφού συμπληρωθεί και υπογραφεί από τον/την κηδεμόνα, υποβάλλεται στο σχολείο μαζί με την ιατρική βεβαίωση / γνωμάτευση. Η υποβολή μπορεί να γίνει ηλεκτρονικά ή με κατάθεση στο σχολείο.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4535"/>
      </w:tblGrid>
      <w:tr>
        <w:tc>
          <w:tcPr>
            <w:tcW w:type="dxa" w:w="4986"/>
            <w:vAlign w:val="top"/>
          </w:tcPr>
          <w:p>
            <w:pPr>
              <w:jc w:val="center"/>
            </w:pPr>
            <w:r>
              <w:rPr>
                <w:b/>
              </w:rPr>
              <w:t>Ημερομηνία</w:t>
              <w:br/>
              <w:br/>
              <w:t>____/____/________</w:t>
            </w:r>
          </w:p>
        </w:tc>
        <w:tc>
          <w:tcPr>
            <w:tcW w:type="dxa" w:w="4986"/>
            <w:vAlign w:val="top"/>
          </w:tcPr>
          <w:p>
            <w:pPr>
              <w:jc w:val="center"/>
            </w:pPr>
            <w:r>
              <w:rPr>
                <w:b/>
              </w:rPr>
              <w:t>Ο/Η Αιτών/ούσα – Κηδεμόνας</w:t>
              <w:br/>
              <w:br/>
              <w:t>Υπογραφή</w:t>
            </w:r>
          </w:p>
        </w:tc>
      </w:tr>
    </w:tbl>
    <w:p>
      <w:pPr>
        <w:spacing w:before="160"/>
        <w:jc w:val="both"/>
      </w:pPr>
      <w:r>
        <w:rPr>
          <w:i/>
          <w:sz w:val="18"/>
        </w:rPr>
        <w:t>Σημείωση: Η αποδοχή και δικαιολόγηση των απουσιών γίνεται από το σχολείο σύμφωνα με την ισχύουσα νομοθεσία και τα υποβαλλόμενα δικαιολογητικά.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